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Пример — интервью</w:t>
      </w:r>
    </w:p>
    <w:p>
      <w:r>
        <w:t>Длительность записи: 1 мин. Сделано в Звукотексте.</w:t>
      </w:r>
    </w:p>
    <w:p>
      <w:pPr>
        <w:pStyle w:val="Heading2"/>
      </w:pPr>
      <w:r>
        <w:t>Краткий пересказ</w:t>
      </w:r>
    </w:p>
    <w:p>
      <w:pPr>
        <w:pStyle w:val="Heading3"/>
      </w:pPr>
      <w:r>
        <w:t>О чём запись</w:t>
      </w:r>
    </w:p>
    <w:p>
      <w:r>
        <w:rPr>
          <w:b w:val="0"/>
        </w:rPr>
        <w:t>Разговор о том, как у человека возник интерес к физике: влияние научно-популярной книги и семьи, а также ранний опыт в школе.</w:t>
      </w:r>
    </w:p>
    <w:p>
      <w:pPr>
        <w:pStyle w:val="Heading3"/>
      </w:pPr>
      <w:r>
        <w:t>Главное</w:t>
      </w:r>
    </w:p>
    <w:p>
      <w:pPr>
        <w:pStyle w:val="ListBullet"/>
      </w:pPr>
      <w:r>
        <w:rPr>
          <w:b w:val="0"/>
        </w:rPr>
        <w:t>Путь в физику индивидуален, но ключевую роль играют учителя.</w:t>
      </w:r>
    </w:p>
    <w:p>
      <w:pPr>
        <w:pStyle w:val="ListBullet"/>
      </w:pPr>
      <w:r>
        <w:rPr>
          <w:b w:val="0"/>
        </w:rPr>
        <w:t>До 8 класса учился в обычной московской школе №637; физика там была «очень приблизительная».</w:t>
      </w:r>
    </w:p>
    <w:p>
      <w:pPr>
        <w:pStyle w:val="ListBullet"/>
      </w:pPr>
      <w:r>
        <w:rPr>
          <w:b w:val="0"/>
        </w:rPr>
        <w:t>Наибольшее влияние оказала книга Григорьева и Мякишева «Силы в природе»; авторы работали на физфаке МГУ.</w:t>
      </w:r>
    </w:p>
    <w:p>
      <w:pPr>
        <w:pStyle w:val="ListBullet"/>
      </w:pPr>
      <w:r>
        <w:rPr>
          <w:b w:val="0"/>
        </w:rPr>
        <w:t>Книга понравилась доступностью изложения, многое было непонятно, но увлекало; в 7–8 классах представления о физике как о предмете ещё не было.</w:t>
      </w:r>
    </w:p>
    <w:p>
      <w:pPr>
        <w:pStyle w:val="ListBullet"/>
      </w:pPr>
      <w:r>
        <w:rPr>
          <w:b w:val="0"/>
        </w:rPr>
        <w:t>Склад ума изначально физико-математический.</w:t>
      </w:r>
    </w:p>
    <w:p>
      <w:pPr>
        <w:pStyle w:val="ListBullet"/>
      </w:pPr>
      <w:r>
        <w:rPr>
          <w:b w:val="0"/>
        </w:rPr>
        <w:t>Родители — технари.</w:t>
      </w:r>
    </w:p>
    <w:p>
      <w:pPr>
        <w:pStyle w:val="Heading3"/>
      </w:pPr>
      <w:r>
        <w:t>Решения и задачи</w:t>
      </w:r>
    </w:p>
    <w:p>
      <w:r>
        <w:rPr>
          <w:b w:val="0"/>
        </w:rPr>
        <w:t>В отрывке решений и задач нет.</w:t>
      </w:r>
    </w:p>
    <w:p>
      <w:pPr>
        <w:pStyle w:val="Heading2"/>
      </w:pPr>
      <w:r>
        <w:t>Расшифровка</w:t>
      </w:r>
    </w:p>
    <w:p>
      <w:r>
        <w:rPr>
          <w:b/>
        </w:rPr>
        <w:t xml:space="preserve">[00:00] Спикер 1: </w:t>
      </w:r>
      <w:r>
        <w:t>Физику. Объясните?</w:t>
      </w:r>
    </w:p>
    <w:p>
      <w:r>
        <w:rPr>
          <w:b/>
        </w:rPr>
        <w:t xml:space="preserve">[00:01] Спикер 2: </w:t>
      </w:r>
      <w:r>
        <w:t>Ну это, я думаю, у каждого путь свой. Но в первую очередь, конечно, нужны учителя. Я, значит, до восьмого класса учился в обычной школе в московской, 637-й тогда. Сейчас её уже не существует по этому номеру. Ну, просто рядом с домом. И физика у нас была так очень приблизительная.</w:t>
      </w:r>
    </w:p>
    <w:p>
      <w:r>
        <w:rPr>
          <w:b/>
        </w:rPr>
        <w:t xml:space="preserve">[00:24] Спикер 2: </w:t>
      </w:r>
      <w:r>
        <w:t>Но, значит, ну я, видимо, достаточно сообразительный был мальчик и любил так почитывать всякие научно-популярные книжки, какие вот в то время. Значит, на меня, пожалуй, наибольшее влияние оказала книга, была такая Григорьев и Мякишев. Ну да. Называлось «Силы в природе». Классики наши, да, я уже потом узнал, что они работали на фисфаке здесь в университете. А ну, этого я, конечно, не знал в то время, но на меня произвело большое впечатление то, что они там писали, мне всё это очень понравилось, всё это было доступно, так хорошо изложено, многое непонятно, но тем не менее. И это всё было где-то там в седьмом-восьмом классе. Мне всё это нравилось, но что такое физика, я не представлял себе совершенно.</w:t>
      </w:r>
    </w:p>
    <w:p>
      <w:r>
        <w:rPr>
          <w:b/>
        </w:rPr>
        <w:t xml:space="preserve">[01:12] Спикер 1: </w:t>
      </w:r>
      <w:r>
        <w:t>То есть это, вообще говоря, случайная встреча с этой книгой, да? Или...</w:t>
      </w:r>
    </w:p>
    <w:p>
      <w:r>
        <w:rPr>
          <w:b/>
        </w:rPr>
        <w:t xml:space="preserve">[01:16] Спикер 2: </w:t>
      </w:r>
      <w:r>
        <w:t>Ну, в общем, да. Нет, ну у меня всё время был такой какой-то склад ума физико-математический.</w:t>
      </w:r>
    </w:p>
    <w:p>
      <w:r>
        <w:rPr>
          <w:b/>
        </w:rPr>
        <w:t xml:space="preserve">[01:22] Спикер 1: </w:t>
      </w:r>
      <w:r>
        <w:t>А родители...</w:t>
      </w:r>
    </w:p>
    <w:p>
      <w:r>
        <w:rPr>
          <w:b/>
        </w:rPr>
        <w:t xml:space="preserve">[01:23] Спикер 2: </w:t>
      </w:r>
      <w:r>
        <w:t>Родители, родители-технари...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